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sz w:val="50"/>
        </w:rPr>
        <w:t>ABSA FALL</w:t>
      </w:r>
    </w:p>
    <w:p>
      <w:r>
        <w:rPr>
          <w:b/>
          <w:sz w:val="21"/>
        </w:rPr>
        <w:t>INFORMATIQUE DE GESTION  •  RECHERCHE DE STAGE</w:t>
      </w:r>
    </w:p>
    <w:p>
      <w:pPr>
        <w:spacing w:after="120"/>
      </w:pPr>
      <w:r>
        <w:rPr>
          <w:sz w:val="17"/>
        </w:rPr>
        <w:t>☎ +221 78 175 90 92   |   ✉ absafall532@gmail.com   |   📍 Zac Mbao, Cité Iba Ndiaye Djadi</w:t>
      </w:r>
    </w:p>
    <w:p>
      <w:pPr>
        <w:spacing w:before="100" w:after="40"/>
      </w:pPr>
      <w:r>
        <w:rPr>
          <w:b/>
          <w:sz w:val="22"/>
        </w:rPr>
        <w:t>PROFIL</w:t>
      </w:r>
    </w:p>
    <w:p>
      <w:pPr>
        <w:spacing w:after="80"/>
      </w:pPr>
      <w:r>
        <w:t>Étudiante en Informatique de Gestion ayant terminé sa Licence 2, sérieuse, rigoureuse et motivée. Je souhaite mettre en pratique mes compétences en développement, réseaux, bases de données, bureautique et marketing digital dans le cadre d’un stage afin de développer mon expérience professionnelle.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7200"/>
        <w:gridCol w:w="3168"/>
      </w:tblGrid>
      <w:tr>
        <w:tc>
          <w:tcPr>
            <w:tcW w:type="dxa" w:w="5328"/>
          </w:tcPr>
          <w:p>
            <w:pPr>
              <w:spacing w:before="40" w:after="40"/>
            </w:pPr>
            <w:r>
              <w:rPr>
                <w:b/>
                <w:sz w:val="21"/>
              </w:rPr>
              <w:t>FORMATION</w:t>
            </w:r>
          </w:p>
          <w:p>
            <w:pPr>
              <w:spacing w:after="40"/>
            </w:pPr>
            <w:r>
              <w:rPr>
                <w:b/>
                <w:sz w:val="18"/>
              </w:rPr>
              <w:t>Licence 2 – Informatique de Gestion</w:t>
            </w:r>
          </w:p>
          <w:p>
            <w:pPr>
              <w:spacing w:after="40"/>
            </w:pPr>
            <w:r>
              <w:rPr>
                <w:b w:val="0"/>
                <w:sz w:val="17"/>
              </w:rPr>
              <w:t>ISI — 2025–2026</w:t>
            </w:r>
          </w:p>
          <w:p>
            <w:pPr>
              <w:spacing w:after="40"/>
            </w:pPr>
            <w:r>
              <w:rPr>
                <w:b w:val="0"/>
                <w:sz w:val="16"/>
              </w:rPr>
              <w:t>2e année terminée</w:t>
            </w:r>
          </w:p>
          <w:p>
            <w:pPr>
              <w:spacing w:after="40"/>
            </w:pPr>
            <w:r>
              <w:rPr>
                <w:b/>
                <w:sz w:val="18"/>
              </w:rPr>
              <w:t>Licence 1 – Informatique de Gestion</w:t>
            </w:r>
          </w:p>
          <w:p>
            <w:pPr>
              <w:spacing w:after="40"/>
            </w:pPr>
            <w:r>
              <w:rPr>
                <w:b w:val="0"/>
                <w:sz w:val="17"/>
              </w:rPr>
              <w:t>ISI de Keur Massar — 2024–2025</w:t>
            </w:r>
          </w:p>
          <w:p>
            <w:pPr>
              <w:spacing w:after="40"/>
            </w:pPr>
            <w:r>
              <w:rPr>
                <w:b/>
                <w:sz w:val="18"/>
              </w:rPr>
              <w:t>Baccalauréat L2</w:t>
            </w:r>
          </w:p>
          <w:p>
            <w:pPr>
              <w:spacing w:after="40"/>
            </w:pPr>
            <w:r>
              <w:rPr>
                <w:b w:val="0"/>
                <w:sz w:val="17"/>
              </w:rPr>
              <w:t>Lycée Jaaxaay — 2023–2024</w:t>
            </w:r>
          </w:p>
          <w:p>
            <w:pPr>
              <w:spacing w:before="40" w:after="40"/>
            </w:pPr>
            <w:r>
              <w:rPr>
                <w:b/>
                <w:sz w:val="21"/>
              </w:rPr>
              <w:t>PROJETS ACADÉMIQUES</w:t>
            </w:r>
          </w:p>
          <w:p>
            <w:pPr>
              <w:spacing w:after="40"/>
            </w:pPr>
            <w:r>
              <w:rPr>
                <w:b/>
                <w:sz w:val="17"/>
              </w:rPr>
              <w:t xml:space="preserve">• Application simple en Java — </w:t>
            </w:r>
          </w:p>
          <w:p>
            <w:pPr>
              <w:spacing w:after="40"/>
            </w:pPr>
            <w:r>
              <w:rPr>
                <w:b w:val="0"/>
                <w:sz w:val="16"/>
              </w:rPr>
              <w:t>Gestion avec interface, traitement des données et MySQL.</w:t>
            </w:r>
          </w:p>
          <w:p>
            <w:pPr>
              <w:spacing w:after="40"/>
            </w:pPr>
            <w:r>
              <w:rPr>
                <w:b/>
                <w:sz w:val="17"/>
              </w:rPr>
              <w:t xml:space="preserve">• Projet HTML/CSS — </w:t>
            </w:r>
          </w:p>
          <w:p>
            <w:pPr>
              <w:spacing w:after="40"/>
            </w:pPr>
            <w:r>
              <w:rPr>
                <w:b w:val="0"/>
                <w:sz w:val="16"/>
              </w:rPr>
              <w:t>Création d’un site statique avec design responsive.</w:t>
            </w:r>
          </w:p>
          <w:p>
            <w:pPr>
              <w:spacing w:after="40"/>
            </w:pPr>
            <w:r>
              <w:rPr>
                <w:b/>
                <w:sz w:val="17"/>
              </w:rPr>
              <w:t xml:space="preserve">• Exercices de comptabilité — </w:t>
            </w:r>
          </w:p>
          <w:p>
            <w:pPr>
              <w:spacing w:after="40"/>
            </w:pPr>
            <w:r>
              <w:rPr>
                <w:b w:val="0"/>
                <w:sz w:val="16"/>
              </w:rPr>
              <w:t>Bilan, journal, grand livre et compte de résultat.</w:t>
            </w:r>
          </w:p>
          <w:p>
            <w:pPr>
              <w:spacing w:after="40"/>
            </w:pPr>
            <w:r>
              <w:rPr>
                <w:b/>
                <w:sz w:val="17"/>
              </w:rPr>
              <w:t xml:space="preserve">• Marketing digital — </w:t>
            </w:r>
          </w:p>
          <w:p>
            <w:pPr>
              <w:spacing w:after="40"/>
            </w:pPr>
            <w:r>
              <w:rPr>
                <w:b w:val="0"/>
                <w:sz w:val="16"/>
              </w:rPr>
              <w:t>Création de contenus, e-mails et campagnes simples.</w:t>
            </w:r>
          </w:p>
        </w:tc>
        <w:tc>
          <w:tcPr>
            <w:tcW w:type="dxa" w:w="5328"/>
          </w:tcPr>
          <w:p>
            <w:pPr>
              <w:spacing w:before="40" w:after="40"/>
            </w:pPr>
            <w:r>
              <w:rPr>
                <w:b/>
                <w:sz w:val="21"/>
              </w:rPr>
              <w:t>COMPÉTENCES</w:t>
            </w:r>
          </w:p>
          <w:p>
            <w:pPr>
              <w:spacing w:after="40"/>
            </w:pPr>
            <w:r>
              <w:rPr>
                <w:b/>
                <w:sz w:val="16"/>
              </w:rPr>
              <w:t xml:space="preserve">• Programmation : </w:t>
            </w:r>
          </w:p>
          <w:p>
            <w:pPr>
              <w:spacing w:after="40"/>
            </w:pPr>
            <w:r>
              <w:rPr>
                <w:b w:val="0"/>
                <w:sz w:val="16"/>
              </w:rPr>
              <w:t>Java, Python, C</w:t>
            </w:r>
          </w:p>
          <w:p>
            <w:pPr>
              <w:spacing w:after="40"/>
            </w:pPr>
            <w:r>
              <w:rPr>
                <w:b/>
                <w:sz w:val="16"/>
              </w:rPr>
              <w:t xml:space="preserve">• Développement web : </w:t>
            </w:r>
          </w:p>
          <w:p>
            <w:pPr>
              <w:spacing w:after="40"/>
            </w:pPr>
            <w:r>
              <w:rPr>
                <w:b w:val="0"/>
                <w:sz w:val="16"/>
              </w:rPr>
              <w:t>HTML, CSS</w:t>
            </w:r>
          </w:p>
          <w:p>
            <w:pPr>
              <w:spacing w:after="40"/>
            </w:pPr>
            <w:r>
              <w:rPr>
                <w:b/>
                <w:sz w:val="16"/>
              </w:rPr>
              <w:t xml:space="preserve">• Réseaux : </w:t>
            </w:r>
          </w:p>
          <w:p>
            <w:pPr>
              <w:spacing w:after="40"/>
            </w:pPr>
            <w:r>
              <w:rPr>
                <w:b w:val="0"/>
                <w:sz w:val="16"/>
              </w:rPr>
              <w:t>Adressage IP, sous-réseaux, modèle OSI, notions de configuration réseau</w:t>
            </w:r>
          </w:p>
          <w:p>
            <w:pPr>
              <w:spacing w:after="40"/>
            </w:pPr>
            <w:r>
              <w:rPr>
                <w:b/>
                <w:sz w:val="16"/>
              </w:rPr>
              <w:t xml:space="preserve">• Bases de données : </w:t>
            </w:r>
          </w:p>
          <w:p>
            <w:pPr>
              <w:spacing w:after="40"/>
            </w:pPr>
            <w:r>
              <w:rPr>
                <w:b w:val="0"/>
                <w:sz w:val="16"/>
              </w:rPr>
              <w:t>MySQL, SQL</w:t>
            </w:r>
          </w:p>
          <w:p>
            <w:pPr>
              <w:spacing w:after="40"/>
            </w:pPr>
            <w:r>
              <w:rPr>
                <w:b/>
                <w:sz w:val="16"/>
              </w:rPr>
              <w:t xml:space="preserve">• Systèmes &amp; bureautique : </w:t>
            </w:r>
            <w:r>
              <w:t xml:space="preserve"> • Canva, WordPress</w:t>
            </w:r>
          </w:p>
          <w:p>
            <w:pPr>
              <w:spacing w:after="40"/>
            </w:pPr>
            <w:r>
              <w:rPr>
                <w:b w:val="0"/>
                <w:sz w:val="16"/>
              </w:rPr>
              <w:t>Notions Linux, Word, Excel, PowerPoint</w:t>
            </w:r>
          </w:p>
          <w:p>
            <w:pPr>
              <w:spacing w:after="40"/>
            </w:pPr>
            <w:r>
              <w:rPr>
                <w:b/>
                <w:sz w:val="16"/>
              </w:rPr>
              <w:t xml:space="preserve">• Comptabilité : </w:t>
            </w:r>
          </w:p>
          <w:p>
            <w:pPr>
              <w:spacing w:after="40"/>
            </w:pPr>
            <w:r>
              <w:rPr>
                <w:b w:val="0"/>
                <w:sz w:val="16"/>
              </w:rPr>
              <w:t>Notions de base</w:t>
            </w:r>
          </w:p>
          <w:p>
            <w:pPr>
              <w:spacing w:after="40"/>
            </w:pPr>
            <w:r>
              <w:rPr>
                <w:b/>
                <w:sz w:val="16"/>
              </w:rPr>
              <w:t xml:space="preserve">• Marketing digital : </w:t>
            </w:r>
          </w:p>
          <w:p>
            <w:pPr>
              <w:spacing w:after="40"/>
            </w:pPr>
            <w:r>
              <w:rPr>
                <w:b w:val="0"/>
                <w:sz w:val="16"/>
              </w:rPr>
              <w:t>Création de contenu, e-mailing</w:t>
            </w:r>
          </w:p>
          <w:p>
            <w:pPr>
              <w:spacing w:before="40" w:after="40"/>
            </w:pPr>
            <w:r>
              <w:rPr>
                <w:b/>
                <w:sz w:val="21"/>
              </w:rPr>
              <w:t>LANGUES</w:t>
            </w:r>
          </w:p>
          <w:p>
            <w:pPr>
              <w:spacing w:after="40"/>
            </w:pPr>
            <w:r>
              <w:rPr>
                <w:b/>
                <w:sz w:val="16"/>
              </w:rPr>
              <w:t>• Français : Courant</w:t>
            </w:r>
          </w:p>
          <w:p>
            <w:pPr>
              <w:spacing w:after="40"/>
            </w:pPr>
            <w:r>
              <w:rPr>
                <w:b/>
                <w:sz w:val="16"/>
              </w:rPr>
              <w:t>• Anglais : Débutante / intermédiaire (A2/B1)</w:t>
            </w:r>
          </w:p>
          <w:p>
            <w:pPr>
              <w:spacing w:before="40" w:after="40"/>
            </w:pPr>
            <w:r>
              <w:rPr>
                <w:b/>
                <w:sz w:val="21"/>
              </w:rPr>
              <w:t>INFORMATIONS</w:t>
            </w:r>
          </w:p>
          <w:p>
            <w:pPr>
              <w:spacing w:after="40"/>
            </w:pPr>
            <w:r>
              <w:rPr>
                <w:b/>
                <w:sz w:val="16"/>
              </w:rPr>
              <w:t>• Nationalité : Sénégalaise</w:t>
            </w:r>
          </w:p>
          <w:p>
            <w:pPr>
              <w:spacing w:after="40"/>
            </w:pPr>
            <w:r>
              <w:rPr>
                <w:b/>
                <w:sz w:val="16"/>
              </w:rPr>
              <w:t>• Disponibilité : Pour un stage</w:t>
            </w:r>
          </w:p>
          <w:p>
            <w:pPr>
              <w:spacing w:after="40"/>
            </w:pPr>
            <w:r>
              <w:rPr>
                <w:b/>
                <w:sz w:val="16"/>
              </w:rPr>
              <w:t>• Mobilité : Dakar et environs</w:t>
            </w:r>
          </w:p>
          <w:p>
            <w:pPr>
              <w:spacing w:before="40" w:after="40"/>
            </w:pPr>
            <w:r>
              <w:rPr>
                <w:b/>
                <w:sz w:val="21"/>
              </w:rPr>
              <w:t>CENTRES D’INTÉRÊT</w:t>
            </w:r>
          </w:p>
          <w:p>
            <w:pPr>
              <w:spacing w:after="40"/>
            </w:pPr>
            <w:r>
              <w:rPr>
                <w:b w:val="0"/>
                <w:sz w:val="16"/>
              </w:rPr>
              <w:t>• Informatique et nouvelles technologies</w:t>
            </w:r>
          </w:p>
          <w:p>
            <w:pPr>
              <w:spacing w:after="40"/>
            </w:pPr>
            <w:r>
              <w:rPr>
                <w:b w:val="0"/>
                <w:sz w:val="16"/>
              </w:rPr>
              <w:t>• Réseaux et développement web</w:t>
            </w:r>
          </w:p>
          <w:p>
            <w:pPr>
              <w:spacing w:after="40"/>
            </w:pPr>
            <w:r>
              <w:rPr>
                <w:b w:val="0"/>
                <w:sz w:val="16"/>
              </w:rPr>
              <w:t>• Lecture</w:t>
            </w:r>
          </w:p>
          <w:p>
            <w:pPr>
              <w:spacing w:after="40"/>
            </w:pPr>
            <w:r>
              <w:rPr>
                <w:b w:val="0"/>
                <w:sz w:val="16"/>
              </w:rPr>
              <w:t>• Marketing digital</w:t>
            </w:r>
          </w:p>
          <w:p>
            <w:pPr>
              <w:spacing w:after="40"/>
            </w:pPr>
            <w:r>
              <w:rPr>
                <w:b w:val="0"/>
                <w:sz w:val="16"/>
              </w:rPr>
              <w:t>• Apprentissage continu</w:t>
            </w:r>
          </w:p>
        </w:tc>
      </w:tr>
    </w:tbl>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